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CFA7" w14:textId="77777777" w:rsidR="00DC4741" w:rsidRDefault="00DC4741" w:rsidP="00DC4741">
      <w:pPr>
        <w:spacing w:after="0" w:line="240" w:lineRule="auto"/>
        <w:rPr>
          <w:b/>
          <w:sz w:val="24"/>
          <w:szCs w:val="24"/>
          <w:lang w:val="sv-SE"/>
        </w:rPr>
      </w:pPr>
    </w:p>
    <w:p w14:paraId="133EBBCC" w14:textId="04E04587" w:rsidR="00D86CBB" w:rsidRDefault="00CA67F7" w:rsidP="00DC4741">
      <w:pPr>
        <w:spacing w:after="0" w:line="240" w:lineRule="auto"/>
        <w:rPr>
          <w:b/>
          <w:sz w:val="24"/>
          <w:szCs w:val="24"/>
          <w:lang w:val="sv-SE"/>
        </w:rPr>
      </w:pPr>
      <w:r w:rsidRPr="00064357">
        <w:rPr>
          <w:b/>
          <w:sz w:val="24"/>
          <w:szCs w:val="24"/>
          <w:lang w:val="sv-SE"/>
        </w:rPr>
        <w:t xml:space="preserve">Frågeformulär Hela </w:t>
      </w:r>
      <w:r w:rsidR="00A27E01">
        <w:rPr>
          <w:b/>
          <w:sz w:val="24"/>
          <w:szCs w:val="24"/>
          <w:lang w:val="sv-SE"/>
        </w:rPr>
        <w:t>M</w:t>
      </w:r>
      <w:r w:rsidRPr="00064357">
        <w:rPr>
          <w:b/>
          <w:sz w:val="24"/>
          <w:szCs w:val="24"/>
          <w:lang w:val="sv-SE"/>
        </w:rPr>
        <w:t>änniska</w:t>
      </w:r>
      <w:r w:rsidR="00750722">
        <w:rPr>
          <w:b/>
          <w:sz w:val="24"/>
          <w:szCs w:val="24"/>
          <w:lang w:val="sv-SE"/>
        </w:rPr>
        <w:t>n</w:t>
      </w:r>
      <w:r w:rsidR="00C3494D">
        <w:rPr>
          <w:b/>
          <w:sz w:val="24"/>
          <w:szCs w:val="24"/>
          <w:lang w:val="sv-SE"/>
        </w:rPr>
        <w:t xml:space="preserve"> </w:t>
      </w:r>
    </w:p>
    <w:p w14:paraId="33F1B8F9" w14:textId="10657E98" w:rsidR="005F5108" w:rsidRDefault="005F5108" w:rsidP="00DC4741">
      <w:pPr>
        <w:spacing w:after="0" w:line="240" w:lineRule="auto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(</w:t>
      </w:r>
      <w:r w:rsidR="00C46A56">
        <w:rPr>
          <w:sz w:val="24"/>
          <w:szCs w:val="24"/>
          <w:lang w:val="sv-SE"/>
        </w:rPr>
        <w:t xml:space="preserve">fyll i en sida för varje adress ni bedriver verksamhet på, </w:t>
      </w:r>
      <w:r w:rsidR="008C65C2">
        <w:rPr>
          <w:sz w:val="24"/>
          <w:szCs w:val="24"/>
          <w:lang w:val="sv-SE"/>
        </w:rPr>
        <w:t xml:space="preserve">se </w:t>
      </w:r>
      <w:r w:rsidR="00DC4741">
        <w:rPr>
          <w:sz w:val="24"/>
          <w:szCs w:val="24"/>
          <w:lang w:val="sv-SE"/>
        </w:rPr>
        <w:t xml:space="preserve">extra </w:t>
      </w:r>
      <w:r w:rsidR="008C65C2">
        <w:rPr>
          <w:sz w:val="24"/>
          <w:szCs w:val="24"/>
          <w:lang w:val="sv-SE"/>
        </w:rPr>
        <w:t>sid</w:t>
      </w:r>
      <w:r w:rsidR="00DC4741">
        <w:rPr>
          <w:sz w:val="24"/>
          <w:szCs w:val="24"/>
          <w:lang w:val="sv-SE"/>
        </w:rPr>
        <w:t>or</w:t>
      </w:r>
      <w:r w:rsidR="008C65C2">
        <w:rPr>
          <w:sz w:val="24"/>
          <w:szCs w:val="24"/>
          <w:lang w:val="sv-SE"/>
        </w:rPr>
        <w:t xml:space="preserve"> </w:t>
      </w:r>
      <w:proofErr w:type="gramStart"/>
      <w:r w:rsidR="008C65C2">
        <w:rPr>
          <w:sz w:val="24"/>
          <w:szCs w:val="24"/>
          <w:lang w:val="sv-SE"/>
        </w:rPr>
        <w:t>3-5</w:t>
      </w:r>
      <w:proofErr w:type="gramEnd"/>
      <w:r w:rsidR="008C65C2">
        <w:rPr>
          <w:sz w:val="24"/>
          <w:szCs w:val="24"/>
          <w:lang w:val="sv-SE"/>
        </w:rPr>
        <w:t>)</w:t>
      </w:r>
    </w:p>
    <w:p w14:paraId="6E6A62F6" w14:textId="77777777" w:rsidR="00DC4741" w:rsidRPr="00C3494D" w:rsidRDefault="00DC4741" w:rsidP="00DC4741">
      <w:pPr>
        <w:spacing w:after="0" w:line="240" w:lineRule="auto"/>
        <w:rPr>
          <w:b/>
          <w:sz w:val="24"/>
          <w:szCs w:val="24"/>
          <w:lang w:val="sv-SE"/>
        </w:rPr>
      </w:pPr>
    </w:p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4531"/>
        <w:gridCol w:w="4529"/>
      </w:tblGrid>
      <w:tr w:rsidR="007D3B09" w:rsidRPr="004C33E7" w14:paraId="5FD86BF4" w14:textId="77777777" w:rsidTr="00420C8A">
        <w:trPr>
          <w:trHeight w:val="559"/>
        </w:trPr>
        <w:tc>
          <w:tcPr>
            <w:tcW w:w="4531" w:type="dxa"/>
          </w:tcPr>
          <w:p w14:paraId="04B57CCB" w14:textId="5147B560" w:rsidR="007D3B09" w:rsidRPr="004C33E7" w:rsidRDefault="008A189E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Försäkrad e</w:t>
            </w:r>
            <w:r w:rsidR="007D3B09" w:rsidRPr="004C33E7">
              <w:rPr>
                <w:rFonts w:cstheme="majorHAnsi"/>
                <w:lang w:val="sv-SE"/>
              </w:rPr>
              <w:t>nhet</w:t>
            </w:r>
          </w:p>
          <w:p w14:paraId="41813723" w14:textId="77777777" w:rsidR="007D3B09" w:rsidRPr="004C33E7" w:rsidRDefault="007D3B09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0" w:name="Text21"/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  <w:bookmarkEnd w:id="0"/>
          </w:p>
        </w:tc>
        <w:tc>
          <w:tcPr>
            <w:tcW w:w="4529" w:type="dxa"/>
          </w:tcPr>
          <w:p w14:paraId="152D06D2" w14:textId="77777777" w:rsidR="007D3B09" w:rsidRPr="004C33E7" w:rsidRDefault="007D3B09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Organisationsnummer</w:t>
            </w:r>
          </w:p>
          <w:p w14:paraId="7B6B563D" w14:textId="77777777" w:rsidR="007D3B09" w:rsidRPr="004C33E7" w:rsidRDefault="007D3B09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" w:name="Text22"/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  <w:bookmarkEnd w:id="1"/>
          </w:p>
        </w:tc>
      </w:tr>
      <w:tr w:rsidR="00503451" w:rsidRPr="004C33E7" w14:paraId="3BED6E02" w14:textId="77777777" w:rsidTr="00420C8A">
        <w:trPr>
          <w:trHeight w:val="553"/>
        </w:trPr>
        <w:tc>
          <w:tcPr>
            <w:tcW w:w="4531" w:type="dxa"/>
          </w:tcPr>
          <w:p w14:paraId="5813C80B" w14:textId="77777777" w:rsidR="00503451" w:rsidRPr="004C33E7" w:rsidRDefault="00503451" w:rsidP="00912B7D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Postadress (om annan än besöksadress)</w:t>
            </w:r>
          </w:p>
          <w:p w14:paraId="09EE43A3" w14:textId="77777777" w:rsidR="00503451" w:rsidRPr="004C33E7" w:rsidRDefault="00503451" w:rsidP="00912B7D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" w:name="Text31"/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  <w:bookmarkEnd w:id="2"/>
          </w:p>
        </w:tc>
        <w:tc>
          <w:tcPr>
            <w:tcW w:w="4529" w:type="dxa"/>
          </w:tcPr>
          <w:p w14:paraId="14A57E70" w14:textId="77777777" w:rsidR="00503451" w:rsidRPr="004C33E7" w:rsidRDefault="00503451" w:rsidP="00912B7D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Postnr/postort</w:t>
            </w:r>
          </w:p>
          <w:p w14:paraId="2BF04756" w14:textId="77777777" w:rsidR="00503451" w:rsidRPr="004C33E7" w:rsidRDefault="00503451" w:rsidP="00912B7D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" w:name="Text32"/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  <w:bookmarkEnd w:id="3"/>
          </w:p>
        </w:tc>
      </w:tr>
      <w:tr w:rsidR="007D3B09" w:rsidRPr="004C33E7" w14:paraId="32E39C7F" w14:textId="77777777" w:rsidTr="00420C8A">
        <w:trPr>
          <w:trHeight w:val="553"/>
        </w:trPr>
        <w:tc>
          <w:tcPr>
            <w:tcW w:w="4531" w:type="dxa"/>
          </w:tcPr>
          <w:p w14:paraId="0CB24AFB" w14:textId="75408E0C" w:rsidR="007D3B09" w:rsidRPr="004C33E7" w:rsidRDefault="0004006C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Besöks</w:t>
            </w:r>
            <w:r w:rsidR="007D3B09" w:rsidRPr="004C33E7">
              <w:rPr>
                <w:rFonts w:cstheme="majorHAnsi"/>
                <w:lang w:val="sv-SE"/>
              </w:rPr>
              <w:t>adress</w:t>
            </w:r>
          </w:p>
          <w:p w14:paraId="2EF342C5" w14:textId="77777777" w:rsidR="007D3B09" w:rsidRPr="004C33E7" w:rsidRDefault="007D3B09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  <w:bookmarkEnd w:id="4"/>
          </w:p>
        </w:tc>
        <w:tc>
          <w:tcPr>
            <w:tcW w:w="4529" w:type="dxa"/>
          </w:tcPr>
          <w:p w14:paraId="45555343" w14:textId="77777777" w:rsidR="007D3B09" w:rsidRPr="004C33E7" w:rsidRDefault="007D3B09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Postnr/postort</w:t>
            </w:r>
          </w:p>
          <w:p w14:paraId="7568070E" w14:textId="77777777" w:rsidR="007D3B09" w:rsidRPr="004C33E7" w:rsidRDefault="007D3B09" w:rsidP="006125A8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  <w:bookmarkEnd w:id="5"/>
          </w:p>
        </w:tc>
      </w:tr>
      <w:tr w:rsidR="00BB6C51" w:rsidRPr="00BB6C51" w14:paraId="7706FD3D" w14:textId="77777777" w:rsidTr="00420C8A">
        <w:trPr>
          <w:trHeight w:val="553"/>
        </w:trPr>
        <w:tc>
          <w:tcPr>
            <w:tcW w:w="9060" w:type="dxa"/>
            <w:gridSpan w:val="2"/>
          </w:tcPr>
          <w:p w14:paraId="119389B0" w14:textId="3DED6969" w:rsidR="00BB6C51" w:rsidRDefault="00BB6C51" w:rsidP="006125A8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>Vilken sorts verksamhet bedrivs på adressen?</w:t>
            </w:r>
            <w:r w:rsidR="00DE5B55">
              <w:rPr>
                <w:rFonts w:cstheme="majorHAnsi"/>
                <w:lang w:val="sv-SE"/>
              </w:rPr>
              <w:t xml:space="preserve"> (</w:t>
            </w:r>
            <w:proofErr w:type="gramStart"/>
            <w:r w:rsidR="00DE5B55">
              <w:rPr>
                <w:rFonts w:cstheme="majorHAnsi"/>
                <w:lang w:val="sv-SE"/>
              </w:rPr>
              <w:t>t.ex.</w:t>
            </w:r>
            <w:proofErr w:type="gramEnd"/>
            <w:r w:rsidR="00DE5B55">
              <w:rPr>
                <w:rFonts w:cstheme="majorHAnsi"/>
                <w:lang w:val="sv-SE"/>
              </w:rPr>
              <w:t xml:space="preserve"> öppen verksamhet, secondhand</w:t>
            </w:r>
            <w:r w:rsidR="00AB40E9">
              <w:rPr>
                <w:rFonts w:cstheme="majorHAnsi"/>
                <w:lang w:val="sv-SE"/>
              </w:rPr>
              <w:t>-butik</w:t>
            </w:r>
            <w:r w:rsidR="00DE5B55">
              <w:rPr>
                <w:rFonts w:cstheme="majorHAnsi"/>
                <w:lang w:val="sv-SE"/>
              </w:rPr>
              <w:t>)</w:t>
            </w:r>
          </w:p>
          <w:p w14:paraId="2256CD19" w14:textId="285FB1DC" w:rsidR="00DE5B55" w:rsidRPr="004C33E7" w:rsidRDefault="00DE5B55" w:rsidP="006125A8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6" w:name="Text33"/>
            <w:r>
              <w:rPr>
                <w:rFonts w:cstheme="majorHAnsi"/>
                <w:lang w:val="sv-SE"/>
              </w:rPr>
              <w:instrText xml:space="preserve"> FORMTEXT </w:instrText>
            </w:r>
            <w:r>
              <w:rPr>
                <w:rFonts w:cstheme="majorHAnsi"/>
                <w:lang w:val="sv-SE"/>
              </w:rPr>
            </w:r>
            <w:r>
              <w:rPr>
                <w:rFonts w:cstheme="majorHAnsi"/>
                <w:lang w:val="sv-SE"/>
              </w:rPr>
              <w:fldChar w:fldCharType="separate"/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lang w:val="sv-SE"/>
              </w:rPr>
              <w:fldChar w:fldCharType="end"/>
            </w:r>
            <w:bookmarkEnd w:id="6"/>
          </w:p>
        </w:tc>
      </w:tr>
    </w:tbl>
    <w:p w14:paraId="6BF4C96D" w14:textId="77777777" w:rsidR="004256A9" w:rsidRDefault="004256A9"/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420C8A" w:rsidRPr="00AA1322" w14:paraId="6ED3F935" w14:textId="77777777" w:rsidTr="00420C8A">
        <w:trPr>
          <w:trHeight w:val="577"/>
        </w:trPr>
        <w:tc>
          <w:tcPr>
            <w:tcW w:w="9060" w:type="dxa"/>
          </w:tcPr>
          <w:p w14:paraId="4D395563" w14:textId="77777777" w:rsidR="00420C8A" w:rsidRDefault="00420C8A" w:rsidP="00DA6CB2">
            <w:pPr>
              <w:pStyle w:val="Ingetavstnd"/>
              <w:rPr>
                <w:lang w:val="sv-SE"/>
              </w:rPr>
            </w:pPr>
            <w:r>
              <w:rPr>
                <w:lang w:val="sv-SE"/>
              </w:rPr>
              <w:t xml:space="preserve">Värde </w:t>
            </w:r>
            <w:r w:rsidRPr="00BD7131">
              <w:rPr>
                <w:lang w:val="sv-SE"/>
              </w:rPr>
              <w:t>på varor</w:t>
            </w:r>
            <w:r>
              <w:rPr>
                <w:lang w:val="sv-SE"/>
              </w:rPr>
              <w:t xml:space="preserve"> i kyl och frys</w:t>
            </w:r>
          </w:p>
          <w:p w14:paraId="2B8D827E" w14:textId="77777777" w:rsidR="00420C8A" w:rsidRPr="00AA1322" w:rsidRDefault="00420C8A" w:rsidP="00DA6CB2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420C8A" w:rsidRPr="00AA1322" w14:paraId="02EF7925" w14:textId="77777777" w:rsidTr="00420C8A">
        <w:trPr>
          <w:trHeight w:val="561"/>
        </w:trPr>
        <w:tc>
          <w:tcPr>
            <w:tcW w:w="9060" w:type="dxa"/>
          </w:tcPr>
          <w:p w14:paraId="550C5380" w14:textId="77777777" w:rsidR="00420C8A" w:rsidRPr="00AA1322" w:rsidRDefault="00420C8A" w:rsidP="00DA6CB2">
            <w:pPr>
              <w:pStyle w:val="Ingetavstnd"/>
              <w:tabs>
                <w:tab w:val="left" w:pos="6900"/>
              </w:tabs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</w:t>
            </w:r>
            <w:r w:rsidRPr="003D5D7C">
              <w:rPr>
                <w:lang w:val="sv-SE"/>
              </w:rPr>
              <w:t>maskinerier/inventarier (allt löst i lokalen)</w:t>
            </w:r>
          </w:p>
          <w:p w14:paraId="54EC290B" w14:textId="77777777" w:rsidR="00420C8A" w:rsidRPr="00AA1322" w:rsidRDefault="00420C8A" w:rsidP="00DA6CB2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420C8A" w:rsidRPr="00AA1322" w14:paraId="0DCC61BC" w14:textId="77777777" w:rsidTr="00420C8A">
        <w:trPr>
          <w:trHeight w:val="541"/>
        </w:trPr>
        <w:tc>
          <w:tcPr>
            <w:tcW w:w="9060" w:type="dxa"/>
          </w:tcPr>
          <w:p w14:paraId="3807345E" w14:textId="77777777" w:rsidR="00420C8A" w:rsidRDefault="00420C8A" w:rsidP="00DA6CB2">
            <w:pPr>
              <w:rPr>
                <w:lang w:val="sv-SE"/>
              </w:rPr>
            </w:pPr>
            <w:r w:rsidRPr="003D5D7C">
              <w:rPr>
                <w:lang w:val="sv-SE"/>
              </w:rPr>
              <w:t xml:space="preserve">Värde på </w:t>
            </w:r>
            <w:r>
              <w:rPr>
                <w:lang w:val="sv-SE"/>
              </w:rPr>
              <w:t xml:space="preserve">egen </w:t>
            </w:r>
            <w:r w:rsidRPr="003D5D7C">
              <w:rPr>
                <w:lang w:val="sv-SE"/>
              </w:rPr>
              <w:t>bekostad fast inredning (ej betalat av fastighetsägaren)</w:t>
            </w:r>
          </w:p>
          <w:p w14:paraId="0770CF46" w14:textId="77777777" w:rsidR="00420C8A" w:rsidRPr="00AA1322" w:rsidRDefault="00420C8A" w:rsidP="00DA6CB2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420C8A" w:rsidRPr="00AA1322" w14:paraId="21CB5941" w14:textId="77777777" w:rsidTr="00420C8A">
        <w:trPr>
          <w:trHeight w:val="541"/>
        </w:trPr>
        <w:tc>
          <w:tcPr>
            <w:tcW w:w="9060" w:type="dxa"/>
          </w:tcPr>
          <w:p w14:paraId="74CE30B3" w14:textId="77777777" w:rsidR="00420C8A" w:rsidRPr="00AA1322" w:rsidRDefault="00420C8A" w:rsidP="00DA6CB2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varor i </w:t>
            </w:r>
            <w:proofErr w:type="spellStart"/>
            <w:r>
              <w:rPr>
                <w:rFonts w:cstheme="majorHAnsi"/>
                <w:lang w:val="sv-SE"/>
              </w:rPr>
              <w:t>ev</w:t>
            </w:r>
            <w:proofErr w:type="spellEnd"/>
            <w:r>
              <w:rPr>
                <w:rFonts w:cstheme="majorHAnsi"/>
                <w:lang w:val="sv-SE"/>
              </w:rPr>
              <w:t xml:space="preserve"> butik (försäljningspris)</w:t>
            </w:r>
          </w:p>
          <w:p w14:paraId="252F4734" w14:textId="77777777" w:rsidR="00420C8A" w:rsidRPr="00AA1322" w:rsidRDefault="00420C8A" w:rsidP="00DA6CB2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420C8A" w:rsidRPr="00395ABD" w14:paraId="590D3E7F" w14:textId="77777777" w:rsidTr="00420C8A">
        <w:trPr>
          <w:trHeight w:val="416"/>
        </w:trPr>
        <w:tc>
          <w:tcPr>
            <w:tcW w:w="9060" w:type="dxa"/>
          </w:tcPr>
          <w:p w14:paraId="112BD168" w14:textId="77777777" w:rsidR="00420C8A" w:rsidRPr="00AA1322" w:rsidRDefault="00420C8A" w:rsidP="00DA6CB2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brandlarm?     Ja </w:t>
            </w:r>
            <w:sdt>
              <w:sdtPr>
                <w:rPr>
                  <w:rFonts w:cstheme="majorHAnsi"/>
                  <w:lang w:val="sv-SE"/>
                </w:rPr>
                <w:id w:val="180881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-86429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  <w:tr w:rsidR="00420C8A" w:rsidRPr="00395ABD" w14:paraId="29C260AB" w14:textId="77777777" w:rsidTr="00420C8A">
        <w:trPr>
          <w:trHeight w:val="416"/>
        </w:trPr>
        <w:tc>
          <w:tcPr>
            <w:tcW w:w="9060" w:type="dxa"/>
          </w:tcPr>
          <w:p w14:paraId="6C23856C" w14:textId="77777777" w:rsidR="00420C8A" w:rsidRDefault="00420C8A" w:rsidP="00DA6CB2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inbrottslarm?     Ja </w:t>
            </w:r>
            <w:sdt>
              <w:sdtPr>
                <w:rPr>
                  <w:rFonts w:cstheme="majorHAnsi"/>
                  <w:lang w:val="sv-SE"/>
                </w:rPr>
                <w:id w:val="202474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-192772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</w:tbl>
    <w:p w14:paraId="56EAF4B6" w14:textId="77777777" w:rsidR="009B1939" w:rsidRPr="00BB6C51" w:rsidRDefault="009B1939">
      <w:pPr>
        <w:rPr>
          <w:lang w:val="sv-SE"/>
        </w:rPr>
      </w:pPr>
    </w:p>
    <w:tbl>
      <w:tblPr>
        <w:tblStyle w:val="Tabellrutnt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9B1939" w:rsidRPr="00AA1322" w14:paraId="38230E9D" w14:textId="77777777" w:rsidTr="009B1939">
        <w:trPr>
          <w:trHeight w:val="561"/>
        </w:trPr>
        <w:tc>
          <w:tcPr>
            <w:tcW w:w="9076" w:type="dxa"/>
          </w:tcPr>
          <w:p w14:paraId="5F5D2883" w14:textId="7A431A57" w:rsidR="009B1939" w:rsidRPr="00AA1322" w:rsidRDefault="009B1939" w:rsidP="00A2408F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t>Kontaktperson/titel</w:t>
            </w:r>
          </w:p>
          <w:p w14:paraId="13790838" w14:textId="77777777" w:rsidR="009B1939" w:rsidRPr="00AA1322" w:rsidRDefault="009B1939" w:rsidP="006125A8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7" w:name="Text25"/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  <w:bookmarkEnd w:id="7"/>
          </w:p>
        </w:tc>
      </w:tr>
      <w:tr w:rsidR="009B1939" w:rsidRPr="00AA1322" w14:paraId="79E38F19" w14:textId="77777777" w:rsidTr="009B1939">
        <w:trPr>
          <w:trHeight w:val="541"/>
        </w:trPr>
        <w:tc>
          <w:tcPr>
            <w:tcW w:w="9076" w:type="dxa"/>
          </w:tcPr>
          <w:p w14:paraId="3409A3CC" w14:textId="77777777" w:rsidR="009B1939" w:rsidRPr="00AA1322" w:rsidRDefault="009B1939" w:rsidP="00A2408F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t>E-postadress</w:t>
            </w:r>
          </w:p>
          <w:p w14:paraId="4205FDA1" w14:textId="77777777" w:rsidR="009B1939" w:rsidRPr="00AA1322" w:rsidRDefault="009B1939" w:rsidP="006125A8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8" w:name="Text27"/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  <w:bookmarkEnd w:id="8"/>
          </w:p>
        </w:tc>
      </w:tr>
      <w:tr w:rsidR="009B1939" w:rsidRPr="00AA1322" w14:paraId="34454577" w14:textId="77777777" w:rsidTr="009B1939">
        <w:trPr>
          <w:trHeight w:val="577"/>
        </w:trPr>
        <w:tc>
          <w:tcPr>
            <w:tcW w:w="9076" w:type="dxa"/>
          </w:tcPr>
          <w:p w14:paraId="378AD5EC" w14:textId="77777777" w:rsidR="009B1939" w:rsidRPr="00AA1322" w:rsidRDefault="009B1939" w:rsidP="00F24C75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t xml:space="preserve">Telefonnummer </w:t>
            </w:r>
          </w:p>
          <w:p w14:paraId="4F080BD2" w14:textId="77777777" w:rsidR="009B1939" w:rsidRPr="00AA1322" w:rsidRDefault="009B1939" w:rsidP="006125A8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  <w:bookmarkEnd w:id="9"/>
          </w:p>
        </w:tc>
      </w:tr>
    </w:tbl>
    <w:p w14:paraId="73A74447" w14:textId="77777777" w:rsidR="006A2363" w:rsidRPr="00AA1322" w:rsidRDefault="006A2363">
      <w:pPr>
        <w:rPr>
          <w:lang w:val="sv-SE"/>
        </w:rPr>
      </w:pPr>
    </w:p>
    <w:tbl>
      <w:tblPr>
        <w:tblStyle w:val="Tabellrutnt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4C33E7" w:rsidRPr="00AA1322" w14:paraId="1867CA46" w14:textId="77777777" w:rsidTr="006125A8">
        <w:trPr>
          <w:trHeight w:val="561"/>
        </w:trPr>
        <w:tc>
          <w:tcPr>
            <w:tcW w:w="9076" w:type="dxa"/>
          </w:tcPr>
          <w:p w14:paraId="5680C6E0" w14:textId="7D6A2AF7" w:rsidR="004C33E7" w:rsidRPr="00AA1322" w:rsidRDefault="004C33E7" w:rsidP="006125A8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t xml:space="preserve">Årsomsättning </w:t>
            </w:r>
            <w:r w:rsidR="00B061E7">
              <w:rPr>
                <w:rFonts w:cstheme="majorHAnsi"/>
                <w:lang w:val="sv-SE"/>
              </w:rPr>
              <w:t>förra året</w:t>
            </w:r>
          </w:p>
          <w:p w14:paraId="255A6880" w14:textId="77777777" w:rsidR="004C33E7" w:rsidRPr="00AA1322" w:rsidRDefault="004C33E7" w:rsidP="006125A8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4C33E7" w:rsidRPr="00AA1322" w14:paraId="2B87E4E0" w14:textId="77777777" w:rsidTr="006125A8">
        <w:trPr>
          <w:trHeight w:val="541"/>
        </w:trPr>
        <w:tc>
          <w:tcPr>
            <w:tcW w:w="9076" w:type="dxa"/>
          </w:tcPr>
          <w:p w14:paraId="60C795C0" w14:textId="0520B4E2" w:rsidR="004C33E7" w:rsidRPr="00AA1322" w:rsidRDefault="00AA1322" w:rsidP="006125A8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>Antal anställda</w:t>
            </w:r>
          </w:p>
          <w:p w14:paraId="63C8DB09" w14:textId="77777777" w:rsidR="004C33E7" w:rsidRPr="00AA1322" w:rsidRDefault="004C33E7" w:rsidP="006125A8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4C33E7" w:rsidRPr="00AA1322" w14:paraId="06DF443C" w14:textId="77777777" w:rsidTr="006125A8">
        <w:trPr>
          <w:trHeight w:val="577"/>
        </w:trPr>
        <w:tc>
          <w:tcPr>
            <w:tcW w:w="9076" w:type="dxa"/>
          </w:tcPr>
          <w:p w14:paraId="0E69C584" w14:textId="63F76A03" w:rsidR="000A3558" w:rsidRDefault="000A3558" w:rsidP="006125A8">
            <w:pPr>
              <w:pStyle w:val="Ingetavstnd"/>
              <w:rPr>
                <w:lang w:val="sv-SE"/>
              </w:rPr>
            </w:pPr>
            <w:r>
              <w:rPr>
                <w:lang w:val="sv-SE"/>
              </w:rPr>
              <w:t>L</w:t>
            </w:r>
            <w:r w:rsidRPr="003D5D7C">
              <w:rPr>
                <w:lang w:val="sv-SE"/>
              </w:rPr>
              <w:t xml:space="preserve">önesumma </w:t>
            </w:r>
            <w:r w:rsidR="00B061E7">
              <w:rPr>
                <w:lang w:val="sv-SE"/>
              </w:rPr>
              <w:t>förra året</w:t>
            </w:r>
            <w:r>
              <w:rPr>
                <w:lang w:val="sv-SE"/>
              </w:rPr>
              <w:t xml:space="preserve"> </w:t>
            </w:r>
            <w:r w:rsidRPr="003D5D7C">
              <w:rPr>
                <w:lang w:val="sv-SE"/>
              </w:rPr>
              <w:t>(exklusive sociala avgifter)</w:t>
            </w:r>
          </w:p>
          <w:p w14:paraId="7C3E8E1F" w14:textId="52908C78" w:rsidR="004C33E7" w:rsidRPr="00AA1322" w:rsidRDefault="004C33E7" w:rsidP="006125A8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922E3C" w:rsidRPr="00AA1322" w14:paraId="35DF9983" w14:textId="77777777" w:rsidTr="006125A8">
        <w:trPr>
          <w:trHeight w:val="577"/>
        </w:trPr>
        <w:tc>
          <w:tcPr>
            <w:tcW w:w="9076" w:type="dxa"/>
          </w:tcPr>
          <w:p w14:paraId="6FF0AA77" w14:textId="16658CD2" w:rsidR="00922E3C" w:rsidRPr="00AA1322" w:rsidRDefault="00922E3C" w:rsidP="00922E3C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>Antal volontärer</w:t>
            </w:r>
          </w:p>
          <w:p w14:paraId="1A6528EC" w14:textId="7EC87B42" w:rsidR="00922E3C" w:rsidRDefault="00922E3C" w:rsidP="00922E3C">
            <w:pPr>
              <w:pStyle w:val="Ingetavstnd"/>
              <w:rPr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</w:tbl>
    <w:p w14:paraId="0B0A2AAD" w14:textId="77777777" w:rsidR="00392378" w:rsidRDefault="00392378"/>
    <w:p w14:paraId="4B66056A" w14:textId="77777777" w:rsidR="00DC4741" w:rsidRDefault="00DC4741" w:rsidP="00D82616">
      <w:pPr>
        <w:rPr>
          <w:b/>
          <w:bCs/>
          <w:lang w:val="sv-SE"/>
        </w:rPr>
      </w:pPr>
    </w:p>
    <w:p w14:paraId="5FC66969" w14:textId="3F020426" w:rsidR="00D82616" w:rsidRPr="00D82616" w:rsidRDefault="00D82616" w:rsidP="00D82616">
      <w:pPr>
        <w:rPr>
          <w:b/>
          <w:bCs/>
          <w:lang w:val="sv-SE"/>
        </w:rPr>
      </w:pPr>
      <w:r w:rsidRPr="00D82616">
        <w:rPr>
          <w:b/>
          <w:bCs/>
          <w:lang w:val="sv-SE"/>
        </w:rPr>
        <w:t>Underskrift</w:t>
      </w:r>
      <w:r>
        <w:rPr>
          <w:b/>
          <w:bCs/>
          <w:lang w:val="sv-SE"/>
        </w:rPr>
        <w:t xml:space="preserve"> försäkringstagare</w:t>
      </w:r>
    </w:p>
    <w:tbl>
      <w:tblPr>
        <w:tblStyle w:val="Tabellrutnt"/>
        <w:tblW w:w="9048" w:type="dxa"/>
        <w:tblLook w:val="04A0" w:firstRow="1" w:lastRow="0" w:firstColumn="1" w:lastColumn="0" w:noHBand="0" w:noVBand="1"/>
      </w:tblPr>
      <w:tblGrid>
        <w:gridCol w:w="9048"/>
      </w:tblGrid>
      <w:tr w:rsidR="00D82616" w:rsidRPr="00D82616" w14:paraId="2A9A01D6" w14:textId="77777777" w:rsidTr="00D82616">
        <w:trPr>
          <w:trHeight w:val="691"/>
        </w:trPr>
        <w:tc>
          <w:tcPr>
            <w:tcW w:w="9048" w:type="dxa"/>
          </w:tcPr>
          <w:p w14:paraId="59C6C76C" w14:textId="77777777" w:rsidR="00D82616" w:rsidRPr="00D82616" w:rsidRDefault="00D82616" w:rsidP="00D82616">
            <w:pPr>
              <w:rPr>
                <w:lang w:val="sv-SE"/>
              </w:rPr>
            </w:pPr>
            <w:r w:rsidRPr="00D82616">
              <w:rPr>
                <w:lang w:val="sv-SE"/>
              </w:rPr>
              <w:t>Ort och datum</w:t>
            </w:r>
          </w:p>
          <w:p w14:paraId="39DD51C0" w14:textId="77777777" w:rsidR="00D82616" w:rsidRPr="00D82616" w:rsidRDefault="00D82616" w:rsidP="00D82616">
            <w:pPr>
              <w:rPr>
                <w:lang w:val="sv-SE"/>
              </w:rPr>
            </w:pPr>
            <w:r w:rsidRPr="00D82616">
              <w:rPr>
                <w:lang w:val="sv-S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D82616">
              <w:rPr>
                <w:lang w:val="sv-SE"/>
              </w:rPr>
              <w:instrText xml:space="preserve"> FORMTEXT </w:instrText>
            </w:r>
            <w:r w:rsidRPr="00D82616">
              <w:rPr>
                <w:lang w:val="sv-SE"/>
              </w:rPr>
            </w:r>
            <w:r w:rsidRPr="00D82616">
              <w:rPr>
                <w:lang w:val="sv-SE"/>
              </w:rPr>
              <w:fldChar w:fldCharType="separate"/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fldChar w:fldCharType="end"/>
            </w:r>
            <w:bookmarkEnd w:id="10"/>
          </w:p>
        </w:tc>
      </w:tr>
      <w:tr w:rsidR="00D82616" w:rsidRPr="00D82616" w14:paraId="6104B7CD" w14:textId="77777777" w:rsidTr="00D82616">
        <w:trPr>
          <w:trHeight w:val="1267"/>
        </w:trPr>
        <w:tc>
          <w:tcPr>
            <w:tcW w:w="9048" w:type="dxa"/>
          </w:tcPr>
          <w:p w14:paraId="71454282" w14:textId="77777777" w:rsidR="00D82616" w:rsidRPr="00D82616" w:rsidRDefault="00D82616" w:rsidP="00D82616">
            <w:pPr>
              <w:spacing w:after="200" w:line="276" w:lineRule="auto"/>
              <w:rPr>
                <w:lang w:val="sv-SE"/>
              </w:rPr>
            </w:pPr>
            <w:r w:rsidRPr="00D82616">
              <w:rPr>
                <w:lang w:val="sv-SE"/>
              </w:rPr>
              <w:t>Underskrift</w:t>
            </w:r>
          </w:p>
          <w:p w14:paraId="70E88DF4" w14:textId="77777777" w:rsidR="00D82616" w:rsidRPr="00D82616" w:rsidRDefault="00D82616" w:rsidP="00D82616">
            <w:pPr>
              <w:spacing w:after="200" w:line="276" w:lineRule="auto"/>
              <w:rPr>
                <w:lang w:val="sv-SE"/>
              </w:rPr>
            </w:pPr>
          </w:p>
        </w:tc>
      </w:tr>
      <w:tr w:rsidR="00D82616" w:rsidRPr="00D82616" w14:paraId="2AEF7E29" w14:textId="77777777" w:rsidTr="0052306E">
        <w:trPr>
          <w:trHeight w:val="690"/>
        </w:trPr>
        <w:tc>
          <w:tcPr>
            <w:tcW w:w="9048" w:type="dxa"/>
          </w:tcPr>
          <w:p w14:paraId="0D0C1987" w14:textId="77777777" w:rsidR="00D82616" w:rsidRPr="00D82616" w:rsidRDefault="00D82616" w:rsidP="0052306E">
            <w:pPr>
              <w:rPr>
                <w:lang w:val="sv-SE"/>
              </w:rPr>
            </w:pPr>
            <w:r w:rsidRPr="00D82616">
              <w:rPr>
                <w:lang w:val="sv-SE"/>
              </w:rPr>
              <w:t>Namnförtydligande</w:t>
            </w:r>
          </w:p>
          <w:p w14:paraId="243C12A8" w14:textId="77777777" w:rsidR="00D82616" w:rsidRPr="00D82616" w:rsidRDefault="00D82616" w:rsidP="0052306E">
            <w:pPr>
              <w:rPr>
                <w:lang w:val="sv-SE"/>
              </w:rPr>
            </w:pPr>
            <w:r w:rsidRPr="00D82616">
              <w:rPr>
                <w:lang w:val="sv-S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82616">
              <w:rPr>
                <w:lang w:val="sv-SE"/>
              </w:rPr>
              <w:instrText xml:space="preserve"> FORMTEXT </w:instrText>
            </w:r>
            <w:r w:rsidRPr="00D82616">
              <w:rPr>
                <w:lang w:val="sv-SE"/>
              </w:rPr>
            </w:r>
            <w:r w:rsidRPr="00D82616">
              <w:rPr>
                <w:lang w:val="sv-SE"/>
              </w:rPr>
              <w:fldChar w:fldCharType="separate"/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t> </w:t>
            </w:r>
            <w:r w:rsidRPr="00D82616">
              <w:rPr>
                <w:lang w:val="sv-SE"/>
              </w:rPr>
              <w:fldChar w:fldCharType="end"/>
            </w:r>
            <w:bookmarkEnd w:id="11"/>
          </w:p>
        </w:tc>
      </w:tr>
    </w:tbl>
    <w:p w14:paraId="565817E2" w14:textId="7B8A610F" w:rsidR="005009AA" w:rsidRDefault="005009AA">
      <w:pPr>
        <w:rPr>
          <w:lang w:val="sv-SE"/>
        </w:rPr>
      </w:pPr>
    </w:p>
    <w:p w14:paraId="7517F48E" w14:textId="57CB057B" w:rsidR="00395ABD" w:rsidRDefault="00395ABD" w:rsidP="00395ABD">
      <w:pPr>
        <w:rPr>
          <w:lang w:val="sv-SE"/>
        </w:rPr>
      </w:pPr>
      <w:r w:rsidRPr="00395ABD">
        <w:rPr>
          <w:sz w:val="24"/>
          <w:szCs w:val="24"/>
          <w:lang w:val="sv-SE"/>
        </w:rPr>
        <w:t xml:space="preserve">Frågeformuläret skickas </w:t>
      </w:r>
      <w:r w:rsidR="009A5ACA">
        <w:rPr>
          <w:sz w:val="24"/>
          <w:szCs w:val="24"/>
          <w:lang w:val="sv-SE"/>
        </w:rPr>
        <w:t>s</w:t>
      </w:r>
      <w:r w:rsidR="009A5ACA" w:rsidRPr="00395ABD">
        <w:rPr>
          <w:b/>
          <w:bCs/>
          <w:sz w:val="24"/>
          <w:szCs w:val="24"/>
          <w:lang w:val="sv-SE"/>
        </w:rPr>
        <w:t>enast 31 oktober</w:t>
      </w:r>
      <w:r w:rsidR="009A5ACA" w:rsidRPr="00395ABD">
        <w:rPr>
          <w:sz w:val="24"/>
          <w:szCs w:val="24"/>
          <w:lang w:val="sv-SE"/>
        </w:rPr>
        <w:t xml:space="preserve"> </w:t>
      </w:r>
      <w:r w:rsidRPr="00395ABD">
        <w:rPr>
          <w:sz w:val="24"/>
          <w:szCs w:val="24"/>
          <w:lang w:val="sv-SE"/>
        </w:rPr>
        <w:t>till Magnus</w:t>
      </w:r>
      <w:r w:rsidR="009A5ACA">
        <w:rPr>
          <w:sz w:val="24"/>
          <w:szCs w:val="24"/>
          <w:lang w:val="sv-SE"/>
        </w:rPr>
        <w:t xml:space="preserve"> </w:t>
      </w:r>
      <w:r w:rsidR="003875B8" w:rsidRPr="003875B8">
        <w:rPr>
          <w:sz w:val="24"/>
          <w:szCs w:val="24"/>
          <w:lang w:val="sv-SE"/>
        </w:rPr>
        <w:t>Carlqvist</w:t>
      </w:r>
      <w:r w:rsidR="003875B8" w:rsidRPr="003875B8">
        <w:rPr>
          <w:sz w:val="24"/>
          <w:szCs w:val="24"/>
          <w:lang w:val="sv-SE"/>
        </w:rPr>
        <w:t>,</w:t>
      </w:r>
      <w:r w:rsidR="003875B8" w:rsidRPr="003875B8">
        <w:rPr>
          <w:sz w:val="24"/>
          <w:szCs w:val="24"/>
          <w:lang w:val="sv-SE"/>
        </w:rPr>
        <w:t xml:space="preserve"> Scandinavia Insurance Group</w:t>
      </w:r>
      <w:r w:rsidR="003875B8">
        <w:rPr>
          <w:sz w:val="24"/>
          <w:szCs w:val="24"/>
          <w:lang w:val="sv-SE"/>
        </w:rPr>
        <w:t>,</w:t>
      </w:r>
      <w:r w:rsidRPr="00395ABD">
        <w:rPr>
          <w:sz w:val="24"/>
          <w:szCs w:val="24"/>
          <w:lang w:val="sv-SE"/>
        </w:rPr>
        <w:t xml:space="preserve"> på </w:t>
      </w:r>
      <w:hyperlink r:id="rId11" w:history="1">
        <w:r w:rsidRPr="00395ABD">
          <w:rPr>
            <w:rStyle w:val="Hyperlnk"/>
            <w:sz w:val="24"/>
            <w:szCs w:val="24"/>
            <w:lang w:val="sv-SE"/>
          </w:rPr>
          <w:t>magnus@scaff.se</w:t>
        </w:r>
      </w:hyperlink>
      <w:r w:rsidRPr="00395ABD">
        <w:rPr>
          <w:lang w:val="sv-SE"/>
        </w:rPr>
        <w:t>.</w:t>
      </w:r>
    </w:p>
    <w:p w14:paraId="7FA650F7" w14:textId="2A7D083F" w:rsidR="00F31EF8" w:rsidRDefault="00F31EF8">
      <w:pPr>
        <w:rPr>
          <w:lang w:val="sv-SE"/>
        </w:rPr>
      </w:pPr>
      <w:r>
        <w:rPr>
          <w:lang w:val="sv-SE"/>
        </w:rPr>
        <w:br w:type="page"/>
      </w:r>
    </w:p>
    <w:p w14:paraId="12E5A032" w14:textId="77777777" w:rsidR="00F47372" w:rsidRDefault="00F47372" w:rsidP="005009AA">
      <w:pPr>
        <w:rPr>
          <w:b/>
          <w:sz w:val="24"/>
          <w:szCs w:val="24"/>
          <w:lang w:val="sv-SE"/>
        </w:rPr>
      </w:pPr>
    </w:p>
    <w:p w14:paraId="7655A387" w14:textId="4231FDE2" w:rsidR="005009AA" w:rsidRPr="00064357" w:rsidRDefault="00293E67" w:rsidP="005009AA">
      <w:pPr>
        <w:rPr>
          <w:sz w:val="24"/>
          <w:szCs w:val="24"/>
          <w:lang w:val="sv-SE"/>
        </w:rPr>
      </w:pPr>
      <w:r>
        <w:rPr>
          <w:b/>
          <w:sz w:val="24"/>
          <w:szCs w:val="24"/>
          <w:lang w:val="sv-SE"/>
        </w:rPr>
        <w:t>F</w:t>
      </w:r>
      <w:r w:rsidR="00373644">
        <w:rPr>
          <w:b/>
          <w:sz w:val="24"/>
          <w:szCs w:val="24"/>
          <w:lang w:val="sv-SE"/>
        </w:rPr>
        <w:t>ör er</w:t>
      </w:r>
      <w:r>
        <w:rPr>
          <w:b/>
          <w:sz w:val="24"/>
          <w:szCs w:val="24"/>
          <w:lang w:val="sv-SE"/>
        </w:rPr>
        <w:t xml:space="preserve"> </w:t>
      </w:r>
      <w:r w:rsidR="00373644">
        <w:rPr>
          <w:b/>
          <w:sz w:val="24"/>
          <w:szCs w:val="24"/>
          <w:lang w:val="sv-SE"/>
        </w:rPr>
        <w:t>s</w:t>
      </w:r>
      <w:r>
        <w:rPr>
          <w:b/>
          <w:sz w:val="24"/>
          <w:szCs w:val="24"/>
          <w:lang w:val="sv-SE"/>
        </w:rPr>
        <w:t xml:space="preserve">om bedriver verksamhet </w:t>
      </w:r>
      <w:r w:rsidR="00E2181C">
        <w:rPr>
          <w:b/>
          <w:sz w:val="24"/>
          <w:szCs w:val="24"/>
          <w:lang w:val="sv-SE"/>
        </w:rPr>
        <w:t>på flera adresser</w:t>
      </w:r>
    </w:p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4531"/>
        <w:gridCol w:w="4529"/>
      </w:tblGrid>
      <w:tr w:rsidR="005009AA" w:rsidRPr="004C33E7" w14:paraId="04A67120" w14:textId="77777777" w:rsidTr="003430E7">
        <w:trPr>
          <w:trHeight w:val="559"/>
        </w:trPr>
        <w:tc>
          <w:tcPr>
            <w:tcW w:w="4531" w:type="dxa"/>
          </w:tcPr>
          <w:p w14:paraId="4E6F72C5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Försäkrad enhet</w:t>
            </w:r>
          </w:p>
          <w:p w14:paraId="2492CBCE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  <w:tc>
          <w:tcPr>
            <w:tcW w:w="4529" w:type="dxa"/>
          </w:tcPr>
          <w:p w14:paraId="2EA16851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Organisationsnummer</w:t>
            </w:r>
          </w:p>
          <w:p w14:paraId="012BB409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4C33E7" w14:paraId="41C7D859" w14:textId="77777777" w:rsidTr="003430E7">
        <w:trPr>
          <w:trHeight w:val="553"/>
        </w:trPr>
        <w:tc>
          <w:tcPr>
            <w:tcW w:w="4531" w:type="dxa"/>
          </w:tcPr>
          <w:p w14:paraId="0F0CE2FB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Besöksadress</w:t>
            </w:r>
          </w:p>
          <w:p w14:paraId="7C6C6496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  <w:tc>
          <w:tcPr>
            <w:tcW w:w="4529" w:type="dxa"/>
          </w:tcPr>
          <w:p w14:paraId="655BD18A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Postnr/postort</w:t>
            </w:r>
          </w:p>
          <w:p w14:paraId="0E828F80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BB6C51" w14:paraId="13EFCD9C" w14:textId="77777777" w:rsidTr="003430E7">
        <w:trPr>
          <w:trHeight w:val="553"/>
        </w:trPr>
        <w:tc>
          <w:tcPr>
            <w:tcW w:w="9060" w:type="dxa"/>
            <w:gridSpan w:val="2"/>
          </w:tcPr>
          <w:p w14:paraId="2AC3A6AD" w14:textId="77777777" w:rsidR="005009AA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>Vilken sorts verksamhet bedrivs på adressen? (</w:t>
            </w:r>
            <w:proofErr w:type="gramStart"/>
            <w:r>
              <w:rPr>
                <w:rFonts w:cstheme="majorHAnsi"/>
                <w:lang w:val="sv-SE"/>
              </w:rPr>
              <w:t>t.ex.</w:t>
            </w:r>
            <w:proofErr w:type="gramEnd"/>
            <w:r>
              <w:rPr>
                <w:rFonts w:cstheme="majorHAnsi"/>
                <w:lang w:val="sv-SE"/>
              </w:rPr>
              <w:t xml:space="preserve"> öppen verksamhet, secondhand, </w:t>
            </w:r>
            <w:proofErr w:type="spellStart"/>
            <w:r>
              <w:rPr>
                <w:rFonts w:cstheme="majorHAnsi"/>
                <w:lang w:val="sv-SE"/>
              </w:rPr>
              <w:t>DeLa</w:t>
            </w:r>
            <w:proofErr w:type="spellEnd"/>
            <w:r>
              <w:rPr>
                <w:rFonts w:cstheme="majorHAnsi"/>
                <w:lang w:val="sv-SE"/>
              </w:rPr>
              <w:t xml:space="preserve"> butik)</w:t>
            </w:r>
          </w:p>
          <w:p w14:paraId="2EDDF43E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  <w:lang w:val="sv-SE"/>
              </w:rPr>
              <w:instrText xml:space="preserve"> FORMTEXT </w:instrText>
            </w:r>
            <w:r>
              <w:rPr>
                <w:rFonts w:cstheme="majorHAnsi"/>
                <w:lang w:val="sv-SE"/>
              </w:rPr>
            </w:r>
            <w:r>
              <w:rPr>
                <w:rFonts w:cstheme="majorHAnsi"/>
                <w:lang w:val="sv-SE"/>
              </w:rPr>
              <w:fldChar w:fldCharType="separate"/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lang w:val="sv-SE"/>
              </w:rPr>
              <w:fldChar w:fldCharType="end"/>
            </w:r>
          </w:p>
        </w:tc>
      </w:tr>
    </w:tbl>
    <w:p w14:paraId="71AFA067" w14:textId="77777777" w:rsidR="005009AA" w:rsidRDefault="005009AA" w:rsidP="005009AA"/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5009AA" w:rsidRPr="00AA1322" w14:paraId="22D21167" w14:textId="77777777" w:rsidTr="003430E7">
        <w:trPr>
          <w:trHeight w:val="577"/>
        </w:trPr>
        <w:tc>
          <w:tcPr>
            <w:tcW w:w="9060" w:type="dxa"/>
          </w:tcPr>
          <w:p w14:paraId="79A97B3D" w14:textId="77777777" w:rsidR="005009AA" w:rsidRDefault="005009AA" w:rsidP="003430E7">
            <w:pPr>
              <w:pStyle w:val="Ingetavstnd"/>
              <w:rPr>
                <w:lang w:val="sv-SE"/>
              </w:rPr>
            </w:pPr>
            <w:r>
              <w:rPr>
                <w:lang w:val="sv-SE"/>
              </w:rPr>
              <w:t xml:space="preserve">Värde </w:t>
            </w:r>
            <w:r w:rsidRPr="00BD7131">
              <w:rPr>
                <w:lang w:val="sv-SE"/>
              </w:rPr>
              <w:t>på varor</w:t>
            </w:r>
            <w:r>
              <w:rPr>
                <w:lang w:val="sv-SE"/>
              </w:rPr>
              <w:t xml:space="preserve"> i kyl och frys</w:t>
            </w:r>
          </w:p>
          <w:p w14:paraId="75E9BBAF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0D6D2A45" w14:textId="77777777" w:rsidTr="003430E7">
        <w:trPr>
          <w:trHeight w:val="561"/>
        </w:trPr>
        <w:tc>
          <w:tcPr>
            <w:tcW w:w="9060" w:type="dxa"/>
          </w:tcPr>
          <w:p w14:paraId="6FF25463" w14:textId="77777777" w:rsidR="005009AA" w:rsidRPr="00AA1322" w:rsidRDefault="005009AA" w:rsidP="003430E7">
            <w:pPr>
              <w:pStyle w:val="Ingetavstnd"/>
              <w:tabs>
                <w:tab w:val="left" w:pos="6900"/>
              </w:tabs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</w:t>
            </w:r>
            <w:r w:rsidRPr="003D5D7C">
              <w:rPr>
                <w:lang w:val="sv-SE"/>
              </w:rPr>
              <w:t>maskinerier/inventarier (allt löst i lokalen)</w:t>
            </w:r>
          </w:p>
          <w:p w14:paraId="3E9C4E1B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649266CC" w14:textId="77777777" w:rsidTr="003430E7">
        <w:trPr>
          <w:trHeight w:val="541"/>
        </w:trPr>
        <w:tc>
          <w:tcPr>
            <w:tcW w:w="9060" w:type="dxa"/>
          </w:tcPr>
          <w:p w14:paraId="2FFB3EFB" w14:textId="77777777" w:rsidR="005009AA" w:rsidRDefault="005009AA" w:rsidP="003430E7">
            <w:pPr>
              <w:rPr>
                <w:lang w:val="sv-SE"/>
              </w:rPr>
            </w:pPr>
            <w:r w:rsidRPr="003D5D7C">
              <w:rPr>
                <w:lang w:val="sv-SE"/>
              </w:rPr>
              <w:t xml:space="preserve">Värde på </w:t>
            </w:r>
            <w:r>
              <w:rPr>
                <w:lang w:val="sv-SE"/>
              </w:rPr>
              <w:t xml:space="preserve">egen </w:t>
            </w:r>
            <w:r w:rsidRPr="003D5D7C">
              <w:rPr>
                <w:lang w:val="sv-SE"/>
              </w:rPr>
              <w:t>bekostad fast inredning (ej betalat av fastighetsägaren)</w:t>
            </w:r>
          </w:p>
          <w:p w14:paraId="54ABF993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7664979F" w14:textId="77777777" w:rsidTr="003430E7">
        <w:trPr>
          <w:trHeight w:val="541"/>
        </w:trPr>
        <w:tc>
          <w:tcPr>
            <w:tcW w:w="9060" w:type="dxa"/>
          </w:tcPr>
          <w:p w14:paraId="5F7E9D9D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varor i </w:t>
            </w:r>
            <w:proofErr w:type="spellStart"/>
            <w:r>
              <w:rPr>
                <w:rFonts w:cstheme="majorHAnsi"/>
                <w:lang w:val="sv-SE"/>
              </w:rPr>
              <w:t>ev</w:t>
            </w:r>
            <w:proofErr w:type="spellEnd"/>
            <w:r>
              <w:rPr>
                <w:rFonts w:cstheme="majorHAnsi"/>
                <w:lang w:val="sv-SE"/>
              </w:rPr>
              <w:t xml:space="preserve"> butik (försäljningspris)</w:t>
            </w:r>
          </w:p>
          <w:p w14:paraId="17717365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395ABD" w14:paraId="4C9716BA" w14:textId="77777777" w:rsidTr="003430E7">
        <w:trPr>
          <w:trHeight w:val="416"/>
        </w:trPr>
        <w:tc>
          <w:tcPr>
            <w:tcW w:w="9060" w:type="dxa"/>
          </w:tcPr>
          <w:p w14:paraId="0C1995DE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brandlarm?     Ja </w:t>
            </w:r>
            <w:sdt>
              <w:sdtPr>
                <w:rPr>
                  <w:rFonts w:cstheme="majorHAnsi"/>
                  <w:lang w:val="sv-SE"/>
                </w:rPr>
                <w:id w:val="-59186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686411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  <w:tr w:rsidR="005009AA" w:rsidRPr="00395ABD" w14:paraId="1C16AA80" w14:textId="77777777" w:rsidTr="003430E7">
        <w:trPr>
          <w:trHeight w:val="416"/>
        </w:trPr>
        <w:tc>
          <w:tcPr>
            <w:tcW w:w="9060" w:type="dxa"/>
          </w:tcPr>
          <w:p w14:paraId="5B4FB66F" w14:textId="77777777" w:rsidR="005009AA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inbrottslarm?     Ja </w:t>
            </w:r>
            <w:sdt>
              <w:sdtPr>
                <w:rPr>
                  <w:rFonts w:cstheme="majorHAnsi"/>
                  <w:lang w:val="sv-SE"/>
                </w:rPr>
                <w:id w:val="-44275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167638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</w:tbl>
    <w:p w14:paraId="2C97B2BD" w14:textId="77777777" w:rsidR="005009AA" w:rsidRDefault="005009AA" w:rsidP="005009AA">
      <w:pPr>
        <w:rPr>
          <w:lang w:val="sv-SE"/>
        </w:rPr>
      </w:pPr>
    </w:p>
    <w:p w14:paraId="52B0C604" w14:textId="77777777" w:rsidR="005009AA" w:rsidRDefault="005009AA" w:rsidP="005009AA">
      <w:pPr>
        <w:rPr>
          <w:lang w:val="sv-SE"/>
        </w:rPr>
      </w:pPr>
      <w:r>
        <w:rPr>
          <w:lang w:val="sv-SE"/>
        </w:rPr>
        <w:br w:type="page"/>
      </w:r>
    </w:p>
    <w:p w14:paraId="0C00A86C" w14:textId="77777777" w:rsidR="005009AA" w:rsidRDefault="005009AA" w:rsidP="005009AA">
      <w:pPr>
        <w:rPr>
          <w:b/>
          <w:sz w:val="24"/>
          <w:szCs w:val="24"/>
          <w:lang w:val="sv-SE"/>
        </w:rPr>
      </w:pPr>
    </w:p>
    <w:p w14:paraId="3C1BB8F2" w14:textId="77777777" w:rsidR="00E2181C" w:rsidRPr="00064357" w:rsidRDefault="00E2181C" w:rsidP="00E2181C">
      <w:pPr>
        <w:rPr>
          <w:sz w:val="24"/>
          <w:szCs w:val="24"/>
          <w:lang w:val="sv-SE"/>
        </w:rPr>
      </w:pPr>
      <w:r>
        <w:rPr>
          <w:b/>
          <w:sz w:val="24"/>
          <w:szCs w:val="24"/>
          <w:lang w:val="sv-SE"/>
        </w:rPr>
        <w:t>För er som bedriver verksamhet på flera adresser</w:t>
      </w:r>
    </w:p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4531"/>
        <w:gridCol w:w="4529"/>
      </w:tblGrid>
      <w:tr w:rsidR="005009AA" w:rsidRPr="004C33E7" w14:paraId="244D7950" w14:textId="77777777" w:rsidTr="003430E7">
        <w:trPr>
          <w:trHeight w:val="559"/>
        </w:trPr>
        <w:tc>
          <w:tcPr>
            <w:tcW w:w="4531" w:type="dxa"/>
          </w:tcPr>
          <w:p w14:paraId="33E44A99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Försäkrad enhet</w:t>
            </w:r>
          </w:p>
          <w:p w14:paraId="580EAED1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  <w:tc>
          <w:tcPr>
            <w:tcW w:w="4529" w:type="dxa"/>
          </w:tcPr>
          <w:p w14:paraId="46555C98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Organisationsnummer</w:t>
            </w:r>
          </w:p>
          <w:p w14:paraId="53CE16CC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4C33E7" w14:paraId="7BCCAB32" w14:textId="77777777" w:rsidTr="003430E7">
        <w:trPr>
          <w:trHeight w:val="553"/>
        </w:trPr>
        <w:tc>
          <w:tcPr>
            <w:tcW w:w="4531" w:type="dxa"/>
          </w:tcPr>
          <w:p w14:paraId="5C54B0A3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Besöksadress</w:t>
            </w:r>
          </w:p>
          <w:p w14:paraId="38095494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  <w:tc>
          <w:tcPr>
            <w:tcW w:w="4529" w:type="dxa"/>
          </w:tcPr>
          <w:p w14:paraId="58FE89CE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Postnr/postort</w:t>
            </w:r>
          </w:p>
          <w:p w14:paraId="37F98E16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BB6C51" w14:paraId="244CC1D3" w14:textId="77777777" w:rsidTr="003430E7">
        <w:trPr>
          <w:trHeight w:val="553"/>
        </w:trPr>
        <w:tc>
          <w:tcPr>
            <w:tcW w:w="9060" w:type="dxa"/>
            <w:gridSpan w:val="2"/>
          </w:tcPr>
          <w:p w14:paraId="75D088C2" w14:textId="77777777" w:rsidR="005009AA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>Vilken sorts verksamhet bedrivs på adressen? (</w:t>
            </w:r>
            <w:proofErr w:type="gramStart"/>
            <w:r>
              <w:rPr>
                <w:rFonts w:cstheme="majorHAnsi"/>
                <w:lang w:val="sv-SE"/>
              </w:rPr>
              <w:t>t.ex.</w:t>
            </w:r>
            <w:proofErr w:type="gramEnd"/>
            <w:r>
              <w:rPr>
                <w:rFonts w:cstheme="majorHAnsi"/>
                <w:lang w:val="sv-SE"/>
              </w:rPr>
              <w:t xml:space="preserve"> öppen verksamhet, secondhand, </w:t>
            </w:r>
            <w:proofErr w:type="spellStart"/>
            <w:r>
              <w:rPr>
                <w:rFonts w:cstheme="majorHAnsi"/>
                <w:lang w:val="sv-SE"/>
              </w:rPr>
              <w:t>DeLa</w:t>
            </w:r>
            <w:proofErr w:type="spellEnd"/>
            <w:r>
              <w:rPr>
                <w:rFonts w:cstheme="majorHAnsi"/>
                <w:lang w:val="sv-SE"/>
              </w:rPr>
              <w:t xml:space="preserve"> butik)</w:t>
            </w:r>
          </w:p>
          <w:p w14:paraId="5C1B7462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  <w:lang w:val="sv-SE"/>
              </w:rPr>
              <w:instrText xml:space="preserve"> FORMTEXT </w:instrText>
            </w:r>
            <w:r>
              <w:rPr>
                <w:rFonts w:cstheme="majorHAnsi"/>
                <w:lang w:val="sv-SE"/>
              </w:rPr>
            </w:r>
            <w:r>
              <w:rPr>
                <w:rFonts w:cstheme="majorHAnsi"/>
                <w:lang w:val="sv-SE"/>
              </w:rPr>
              <w:fldChar w:fldCharType="separate"/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lang w:val="sv-SE"/>
              </w:rPr>
              <w:fldChar w:fldCharType="end"/>
            </w:r>
          </w:p>
        </w:tc>
      </w:tr>
    </w:tbl>
    <w:p w14:paraId="2FB4768C" w14:textId="77777777" w:rsidR="005009AA" w:rsidRDefault="005009AA" w:rsidP="005009AA"/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5009AA" w:rsidRPr="00AA1322" w14:paraId="263B3352" w14:textId="77777777" w:rsidTr="003430E7">
        <w:trPr>
          <w:trHeight w:val="577"/>
        </w:trPr>
        <w:tc>
          <w:tcPr>
            <w:tcW w:w="9060" w:type="dxa"/>
          </w:tcPr>
          <w:p w14:paraId="3934A9DC" w14:textId="77777777" w:rsidR="005009AA" w:rsidRDefault="005009AA" w:rsidP="003430E7">
            <w:pPr>
              <w:pStyle w:val="Ingetavstnd"/>
              <w:rPr>
                <w:lang w:val="sv-SE"/>
              </w:rPr>
            </w:pPr>
            <w:r>
              <w:rPr>
                <w:lang w:val="sv-SE"/>
              </w:rPr>
              <w:t xml:space="preserve">Värde </w:t>
            </w:r>
            <w:r w:rsidRPr="00BD7131">
              <w:rPr>
                <w:lang w:val="sv-SE"/>
              </w:rPr>
              <w:t>på varor</w:t>
            </w:r>
            <w:r>
              <w:rPr>
                <w:lang w:val="sv-SE"/>
              </w:rPr>
              <w:t xml:space="preserve"> i kyl och frys</w:t>
            </w:r>
          </w:p>
          <w:p w14:paraId="34651DF6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0FE801C3" w14:textId="77777777" w:rsidTr="003430E7">
        <w:trPr>
          <w:trHeight w:val="561"/>
        </w:trPr>
        <w:tc>
          <w:tcPr>
            <w:tcW w:w="9060" w:type="dxa"/>
          </w:tcPr>
          <w:p w14:paraId="482C992B" w14:textId="77777777" w:rsidR="005009AA" w:rsidRPr="00AA1322" w:rsidRDefault="005009AA" w:rsidP="003430E7">
            <w:pPr>
              <w:pStyle w:val="Ingetavstnd"/>
              <w:tabs>
                <w:tab w:val="left" w:pos="6900"/>
              </w:tabs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</w:t>
            </w:r>
            <w:r w:rsidRPr="003D5D7C">
              <w:rPr>
                <w:lang w:val="sv-SE"/>
              </w:rPr>
              <w:t>maskinerier/inventarier (allt löst i lokalen)</w:t>
            </w:r>
          </w:p>
          <w:p w14:paraId="71FCF24A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715F42DA" w14:textId="77777777" w:rsidTr="003430E7">
        <w:trPr>
          <w:trHeight w:val="541"/>
        </w:trPr>
        <w:tc>
          <w:tcPr>
            <w:tcW w:w="9060" w:type="dxa"/>
          </w:tcPr>
          <w:p w14:paraId="52985980" w14:textId="77777777" w:rsidR="005009AA" w:rsidRDefault="005009AA" w:rsidP="003430E7">
            <w:pPr>
              <w:rPr>
                <w:lang w:val="sv-SE"/>
              </w:rPr>
            </w:pPr>
            <w:r w:rsidRPr="003D5D7C">
              <w:rPr>
                <w:lang w:val="sv-SE"/>
              </w:rPr>
              <w:t xml:space="preserve">Värde på </w:t>
            </w:r>
            <w:r>
              <w:rPr>
                <w:lang w:val="sv-SE"/>
              </w:rPr>
              <w:t xml:space="preserve">egen </w:t>
            </w:r>
            <w:r w:rsidRPr="003D5D7C">
              <w:rPr>
                <w:lang w:val="sv-SE"/>
              </w:rPr>
              <w:t>bekostad fast inredning (ej betalat av fastighetsägaren)</w:t>
            </w:r>
          </w:p>
          <w:p w14:paraId="39AE5E2A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2685C4DC" w14:textId="77777777" w:rsidTr="003430E7">
        <w:trPr>
          <w:trHeight w:val="541"/>
        </w:trPr>
        <w:tc>
          <w:tcPr>
            <w:tcW w:w="9060" w:type="dxa"/>
          </w:tcPr>
          <w:p w14:paraId="6E949DFA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varor i </w:t>
            </w:r>
            <w:proofErr w:type="spellStart"/>
            <w:r>
              <w:rPr>
                <w:rFonts w:cstheme="majorHAnsi"/>
                <w:lang w:val="sv-SE"/>
              </w:rPr>
              <w:t>ev</w:t>
            </w:r>
            <w:proofErr w:type="spellEnd"/>
            <w:r>
              <w:rPr>
                <w:rFonts w:cstheme="majorHAnsi"/>
                <w:lang w:val="sv-SE"/>
              </w:rPr>
              <w:t xml:space="preserve"> butik (försäljningspris)</w:t>
            </w:r>
          </w:p>
          <w:p w14:paraId="567D7887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395ABD" w14:paraId="040E8156" w14:textId="77777777" w:rsidTr="003430E7">
        <w:trPr>
          <w:trHeight w:val="416"/>
        </w:trPr>
        <w:tc>
          <w:tcPr>
            <w:tcW w:w="9060" w:type="dxa"/>
          </w:tcPr>
          <w:p w14:paraId="74DE0263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brandlarm?     Ja </w:t>
            </w:r>
            <w:sdt>
              <w:sdtPr>
                <w:rPr>
                  <w:rFonts w:cstheme="majorHAnsi"/>
                  <w:lang w:val="sv-SE"/>
                </w:rPr>
                <w:id w:val="-121758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-43066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  <w:tr w:rsidR="005009AA" w:rsidRPr="00395ABD" w14:paraId="62557727" w14:textId="77777777" w:rsidTr="003430E7">
        <w:trPr>
          <w:trHeight w:val="416"/>
        </w:trPr>
        <w:tc>
          <w:tcPr>
            <w:tcW w:w="9060" w:type="dxa"/>
          </w:tcPr>
          <w:p w14:paraId="3B846CFA" w14:textId="77777777" w:rsidR="005009AA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inbrottslarm?     Ja </w:t>
            </w:r>
            <w:sdt>
              <w:sdtPr>
                <w:rPr>
                  <w:rFonts w:cstheme="majorHAnsi"/>
                  <w:lang w:val="sv-SE"/>
                </w:rPr>
                <w:id w:val="-1461805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-179797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</w:tbl>
    <w:p w14:paraId="03C90630" w14:textId="77777777" w:rsidR="005009AA" w:rsidRDefault="005009AA" w:rsidP="005009AA">
      <w:pPr>
        <w:rPr>
          <w:lang w:val="sv-SE"/>
        </w:rPr>
      </w:pPr>
    </w:p>
    <w:p w14:paraId="51FF0BF2" w14:textId="77777777" w:rsidR="005009AA" w:rsidRDefault="005009AA" w:rsidP="005009AA">
      <w:pPr>
        <w:rPr>
          <w:lang w:val="sv-SE"/>
        </w:rPr>
      </w:pPr>
      <w:r>
        <w:rPr>
          <w:lang w:val="sv-SE"/>
        </w:rPr>
        <w:br w:type="page"/>
      </w:r>
    </w:p>
    <w:p w14:paraId="74B397EF" w14:textId="77777777" w:rsidR="005009AA" w:rsidRDefault="005009AA" w:rsidP="005009AA">
      <w:pPr>
        <w:rPr>
          <w:b/>
          <w:sz w:val="24"/>
          <w:szCs w:val="24"/>
          <w:lang w:val="sv-SE"/>
        </w:rPr>
      </w:pPr>
    </w:p>
    <w:p w14:paraId="2C5B4F7A" w14:textId="77777777" w:rsidR="00E2181C" w:rsidRPr="00064357" w:rsidRDefault="00E2181C" w:rsidP="00E2181C">
      <w:pPr>
        <w:rPr>
          <w:sz w:val="24"/>
          <w:szCs w:val="24"/>
          <w:lang w:val="sv-SE"/>
        </w:rPr>
      </w:pPr>
      <w:r>
        <w:rPr>
          <w:b/>
          <w:sz w:val="24"/>
          <w:szCs w:val="24"/>
          <w:lang w:val="sv-SE"/>
        </w:rPr>
        <w:t>För er som bedriver verksamhet på flera adresser</w:t>
      </w:r>
    </w:p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4531"/>
        <w:gridCol w:w="4529"/>
      </w:tblGrid>
      <w:tr w:rsidR="005009AA" w:rsidRPr="004C33E7" w14:paraId="523941F8" w14:textId="77777777" w:rsidTr="003430E7">
        <w:trPr>
          <w:trHeight w:val="559"/>
        </w:trPr>
        <w:tc>
          <w:tcPr>
            <w:tcW w:w="4531" w:type="dxa"/>
          </w:tcPr>
          <w:p w14:paraId="1237B64E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Försäkrad enhet</w:t>
            </w:r>
          </w:p>
          <w:p w14:paraId="7E5980E9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  <w:tc>
          <w:tcPr>
            <w:tcW w:w="4529" w:type="dxa"/>
          </w:tcPr>
          <w:p w14:paraId="4AB35BC9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Organisationsnummer</w:t>
            </w:r>
          </w:p>
          <w:p w14:paraId="5DD512A6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4C33E7" w14:paraId="69F647D5" w14:textId="77777777" w:rsidTr="003430E7">
        <w:trPr>
          <w:trHeight w:val="553"/>
        </w:trPr>
        <w:tc>
          <w:tcPr>
            <w:tcW w:w="4531" w:type="dxa"/>
          </w:tcPr>
          <w:p w14:paraId="2CA7FB62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Besöksadress</w:t>
            </w:r>
          </w:p>
          <w:p w14:paraId="436398AC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  <w:tc>
          <w:tcPr>
            <w:tcW w:w="4529" w:type="dxa"/>
          </w:tcPr>
          <w:p w14:paraId="5EE4CF8E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t>Postnr/postort</w:t>
            </w:r>
          </w:p>
          <w:p w14:paraId="0AFB68F5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4C33E7">
              <w:rPr>
                <w:rFonts w:cstheme="majorHAnsi"/>
                <w:lang w:val="sv-S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C33E7">
              <w:rPr>
                <w:rFonts w:cstheme="majorHAnsi"/>
                <w:lang w:val="sv-SE"/>
              </w:rPr>
              <w:instrText xml:space="preserve"> FORMTEXT </w:instrText>
            </w:r>
            <w:r w:rsidRPr="004C33E7">
              <w:rPr>
                <w:rFonts w:cstheme="majorHAnsi"/>
                <w:lang w:val="sv-SE"/>
              </w:rPr>
            </w:r>
            <w:r w:rsidRPr="004C33E7">
              <w:rPr>
                <w:rFonts w:cstheme="majorHAnsi"/>
                <w:lang w:val="sv-SE"/>
              </w:rPr>
              <w:fldChar w:fldCharType="separate"/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noProof/>
                <w:lang w:val="sv-SE"/>
              </w:rPr>
              <w:t> </w:t>
            </w:r>
            <w:r w:rsidRPr="004C33E7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BB6C51" w14:paraId="4AC299CA" w14:textId="77777777" w:rsidTr="003430E7">
        <w:trPr>
          <w:trHeight w:val="553"/>
        </w:trPr>
        <w:tc>
          <w:tcPr>
            <w:tcW w:w="9060" w:type="dxa"/>
            <w:gridSpan w:val="2"/>
          </w:tcPr>
          <w:p w14:paraId="282EA580" w14:textId="77777777" w:rsidR="005009AA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>Vilken sorts verksamhet bedrivs på adressen? (</w:t>
            </w:r>
            <w:proofErr w:type="gramStart"/>
            <w:r>
              <w:rPr>
                <w:rFonts w:cstheme="majorHAnsi"/>
                <w:lang w:val="sv-SE"/>
              </w:rPr>
              <w:t>t.ex.</w:t>
            </w:r>
            <w:proofErr w:type="gramEnd"/>
            <w:r>
              <w:rPr>
                <w:rFonts w:cstheme="majorHAnsi"/>
                <w:lang w:val="sv-SE"/>
              </w:rPr>
              <w:t xml:space="preserve"> öppen verksamhet, secondhand, </w:t>
            </w:r>
            <w:proofErr w:type="spellStart"/>
            <w:r>
              <w:rPr>
                <w:rFonts w:cstheme="majorHAnsi"/>
                <w:lang w:val="sv-SE"/>
              </w:rPr>
              <w:t>DeLa</w:t>
            </w:r>
            <w:proofErr w:type="spellEnd"/>
            <w:r>
              <w:rPr>
                <w:rFonts w:cstheme="majorHAnsi"/>
                <w:lang w:val="sv-SE"/>
              </w:rPr>
              <w:t xml:space="preserve"> butik)</w:t>
            </w:r>
          </w:p>
          <w:p w14:paraId="208FE14A" w14:textId="77777777" w:rsidR="005009AA" w:rsidRPr="004C33E7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theme="majorHAnsi"/>
                <w:lang w:val="sv-SE"/>
              </w:rPr>
              <w:instrText xml:space="preserve"> FORMTEXT </w:instrText>
            </w:r>
            <w:r>
              <w:rPr>
                <w:rFonts w:cstheme="majorHAnsi"/>
                <w:lang w:val="sv-SE"/>
              </w:rPr>
            </w:r>
            <w:r>
              <w:rPr>
                <w:rFonts w:cstheme="majorHAnsi"/>
                <w:lang w:val="sv-SE"/>
              </w:rPr>
              <w:fldChar w:fldCharType="separate"/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noProof/>
                <w:lang w:val="sv-SE"/>
              </w:rPr>
              <w:t> </w:t>
            </w:r>
            <w:r>
              <w:rPr>
                <w:rFonts w:cstheme="majorHAnsi"/>
                <w:lang w:val="sv-SE"/>
              </w:rPr>
              <w:fldChar w:fldCharType="end"/>
            </w:r>
          </w:p>
        </w:tc>
      </w:tr>
    </w:tbl>
    <w:p w14:paraId="2692C648" w14:textId="77777777" w:rsidR="005009AA" w:rsidRDefault="005009AA" w:rsidP="005009AA"/>
    <w:tbl>
      <w:tblPr>
        <w:tblStyle w:val="Tabellrutnt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5009AA" w:rsidRPr="00AA1322" w14:paraId="05A9C996" w14:textId="77777777" w:rsidTr="003430E7">
        <w:trPr>
          <w:trHeight w:val="577"/>
        </w:trPr>
        <w:tc>
          <w:tcPr>
            <w:tcW w:w="9060" w:type="dxa"/>
          </w:tcPr>
          <w:p w14:paraId="67CD8136" w14:textId="77777777" w:rsidR="005009AA" w:rsidRDefault="005009AA" w:rsidP="003430E7">
            <w:pPr>
              <w:pStyle w:val="Ingetavstnd"/>
              <w:rPr>
                <w:lang w:val="sv-SE"/>
              </w:rPr>
            </w:pPr>
            <w:r>
              <w:rPr>
                <w:lang w:val="sv-SE"/>
              </w:rPr>
              <w:t xml:space="preserve">Värde </w:t>
            </w:r>
            <w:r w:rsidRPr="00BD7131">
              <w:rPr>
                <w:lang w:val="sv-SE"/>
              </w:rPr>
              <w:t>på varor</w:t>
            </w:r>
            <w:r>
              <w:rPr>
                <w:lang w:val="sv-SE"/>
              </w:rPr>
              <w:t xml:space="preserve"> i kyl och frys</w:t>
            </w:r>
          </w:p>
          <w:p w14:paraId="51E2D247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0EBAD70A" w14:textId="77777777" w:rsidTr="003430E7">
        <w:trPr>
          <w:trHeight w:val="561"/>
        </w:trPr>
        <w:tc>
          <w:tcPr>
            <w:tcW w:w="9060" w:type="dxa"/>
          </w:tcPr>
          <w:p w14:paraId="5DA72029" w14:textId="77777777" w:rsidR="005009AA" w:rsidRPr="00AA1322" w:rsidRDefault="005009AA" w:rsidP="003430E7">
            <w:pPr>
              <w:pStyle w:val="Ingetavstnd"/>
              <w:tabs>
                <w:tab w:val="left" w:pos="6900"/>
              </w:tabs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</w:t>
            </w:r>
            <w:r w:rsidRPr="003D5D7C">
              <w:rPr>
                <w:lang w:val="sv-SE"/>
              </w:rPr>
              <w:t>maskinerier/inventarier (allt löst i lokalen)</w:t>
            </w:r>
          </w:p>
          <w:p w14:paraId="6F89A639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576D7EDD" w14:textId="77777777" w:rsidTr="003430E7">
        <w:trPr>
          <w:trHeight w:val="541"/>
        </w:trPr>
        <w:tc>
          <w:tcPr>
            <w:tcW w:w="9060" w:type="dxa"/>
          </w:tcPr>
          <w:p w14:paraId="30D857B3" w14:textId="77777777" w:rsidR="005009AA" w:rsidRDefault="005009AA" w:rsidP="003430E7">
            <w:pPr>
              <w:rPr>
                <w:lang w:val="sv-SE"/>
              </w:rPr>
            </w:pPr>
            <w:r w:rsidRPr="003D5D7C">
              <w:rPr>
                <w:lang w:val="sv-SE"/>
              </w:rPr>
              <w:t xml:space="preserve">Värde på </w:t>
            </w:r>
            <w:r>
              <w:rPr>
                <w:lang w:val="sv-SE"/>
              </w:rPr>
              <w:t xml:space="preserve">egen </w:t>
            </w:r>
            <w:r w:rsidRPr="003D5D7C">
              <w:rPr>
                <w:lang w:val="sv-SE"/>
              </w:rPr>
              <w:t>bekostad fast inredning (ej betalat av fastighetsägaren)</w:t>
            </w:r>
          </w:p>
          <w:p w14:paraId="76A94949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AA1322" w14:paraId="4368B2D7" w14:textId="77777777" w:rsidTr="003430E7">
        <w:trPr>
          <w:trHeight w:val="541"/>
        </w:trPr>
        <w:tc>
          <w:tcPr>
            <w:tcW w:w="9060" w:type="dxa"/>
          </w:tcPr>
          <w:p w14:paraId="1EA8BC2E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Värde på varor i </w:t>
            </w:r>
            <w:proofErr w:type="spellStart"/>
            <w:r>
              <w:rPr>
                <w:rFonts w:cstheme="majorHAnsi"/>
                <w:lang w:val="sv-SE"/>
              </w:rPr>
              <w:t>ev</w:t>
            </w:r>
            <w:proofErr w:type="spellEnd"/>
            <w:r>
              <w:rPr>
                <w:rFonts w:cstheme="majorHAnsi"/>
                <w:lang w:val="sv-SE"/>
              </w:rPr>
              <w:t xml:space="preserve"> butik (försäljningspris)</w:t>
            </w:r>
          </w:p>
          <w:p w14:paraId="4A47E6A9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 w:rsidRPr="00AA1322">
              <w:rPr>
                <w:rFonts w:cstheme="majorHAnsi"/>
                <w:lang w:val="sv-S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A1322">
              <w:rPr>
                <w:rFonts w:cstheme="majorHAnsi"/>
                <w:lang w:val="sv-SE"/>
              </w:rPr>
              <w:instrText xml:space="preserve"> FORMTEXT </w:instrText>
            </w:r>
            <w:r w:rsidRPr="00AA1322">
              <w:rPr>
                <w:rFonts w:cstheme="majorHAnsi"/>
                <w:lang w:val="sv-SE"/>
              </w:rPr>
            </w:r>
            <w:r w:rsidRPr="00AA1322">
              <w:rPr>
                <w:rFonts w:cstheme="majorHAnsi"/>
                <w:lang w:val="sv-SE"/>
              </w:rPr>
              <w:fldChar w:fldCharType="separate"/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noProof/>
                <w:lang w:val="sv-SE"/>
              </w:rPr>
              <w:t> </w:t>
            </w:r>
            <w:r w:rsidRPr="00AA1322">
              <w:rPr>
                <w:rFonts w:cstheme="majorHAnsi"/>
                <w:lang w:val="sv-SE"/>
              </w:rPr>
              <w:fldChar w:fldCharType="end"/>
            </w:r>
          </w:p>
        </w:tc>
      </w:tr>
      <w:tr w:rsidR="005009AA" w:rsidRPr="00395ABD" w14:paraId="3440873B" w14:textId="77777777" w:rsidTr="003430E7">
        <w:trPr>
          <w:trHeight w:val="416"/>
        </w:trPr>
        <w:tc>
          <w:tcPr>
            <w:tcW w:w="9060" w:type="dxa"/>
          </w:tcPr>
          <w:p w14:paraId="22A1CCF5" w14:textId="77777777" w:rsidR="005009AA" w:rsidRPr="00AA1322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brandlarm?     Ja </w:t>
            </w:r>
            <w:sdt>
              <w:sdtPr>
                <w:rPr>
                  <w:rFonts w:cstheme="majorHAnsi"/>
                  <w:lang w:val="sv-SE"/>
                </w:rPr>
                <w:id w:val="54650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-36899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  <w:tr w:rsidR="005009AA" w:rsidRPr="00395ABD" w14:paraId="0B4C155C" w14:textId="77777777" w:rsidTr="003430E7">
        <w:trPr>
          <w:trHeight w:val="416"/>
        </w:trPr>
        <w:tc>
          <w:tcPr>
            <w:tcW w:w="9060" w:type="dxa"/>
          </w:tcPr>
          <w:p w14:paraId="2A90AD10" w14:textId="77777777" w:rsidR="005009AA" w:rsidRDefault="005009AA" w:rsidP="003430E7">
            <w:pPr>
              <w:pStyle w:val="Ingetavstnd"/>
              <w:rPr>
                <w:rFonts w:cstheme="majorHAnsi"/>
                <w:lang w:val="sv-SE"/>
              </w:rPr>
            </w:pPr>
            <w:r>
              <w:rPr>
                <w:rFonts w:cstheme="majorHAnsi"/>
                <w:lang w:val="sv-SE"/>
              </w:rPr>
              <w:t xml:space="preserve">Finns direktkopplat inbrottslarm?     Ja </w:t>
            </w:r>
            <w:sdt>
              <w:sdtPr>
                <w:rPr>
                  <w:rFonts w:cstheme="majorHAnsi"/>
                  <w:lang w:val="sv-SE"/>
                </w:rPr>
                <w:id w:val="206705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  <w:r>
              <w:rPr>
                <w:rFonts w:cstheme="majorHAnsi"/>
                <w:lang w:val="sv-SE"/>
              </w:rPr>
              <w:t xml:space="preserve">     Nej </w:t>
            </w:r>
            <w:sdt>
              <w:sdtPr>
                <w:rPr>
                  <w:rFonts w:cstheme="majorHAnsi"/>
                  <w:lang w:val="sv-SE"/>
                </w:rPr>
                <w:id w:val="139231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sv-SE"/>
                  </w:rPr>
                  <w:t>☐</w:t>
                </w:r>
              </w:sdtContent>
            </w:sdt>
          </w:p>
        </w:tc>
      </w:tr>
    </w:tbl>
    <w:p w14:paraId="721A71BD" w14:textId="24F44066" w:rsidR="003D5D7C" w:rsidRDefault="003D5D7C">
      <w:pPr>
        <w:rPr>
          <w:lang w:val="sv-SE"/>
        </w:rPr>
      </w:pPr>
    </w:p>
    <w:sectPr w:rsidR="003D5D7C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F352B" w14:textId="77777777" w:rsidR="00291C60" w:rsidRDefault="00291C60" w:rsidP="00064357">
      <w:pPr>
        <w:spacing w:after="0" w:line="240" w:lineRule="auto"/>
      </w:pPr>
      <w:r>
        <w:separator/>
      </w:r>
    </w:p>
  </w:endnote>
  <w:endnote w:type="continuationSeparator" w:id="0">
    <w:p w14:paraId="22004399" w14:textId="77777777" w:rsidR="00291C60" w:rsidRDefault="00291C60" w:rsidP="00064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9493223"/>
      <w:docPartObj>
        <w:docPartGallery w:val="Page Numbers (Bottom of Page)"/>
        <w:docPartUnique/>
      </w:docPartObj>
    </w:sdtPr>
    <w:sdtContent>
      <w:p w14:paraId="1427424C" w14:textId="60D0485C" w:rsidR="00E07C4C" w:rsidRDefault="00E07C4C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33147E23" w14:textId="77777777" w:rsidR="00E07C4C" w:rsidRDefault="00E07C4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ED2EA" w14:textId="77777777" w:rsidR="00291C60" w:rsidRDefault="00291C60" w:rsidP="00064357">
      <w:pPr>
        <w:spacing w:after="0" w:line="240" w:lineRule="auto"/>
      </w:pPr>
      <w:r>
        <w:separator/>
      </w:r>
    </w:p>
  </w:footnote>
  <w:footnote w:type="continuationSeparator" w:id="0">
    <w:p w14:paraId="2562748F" w14:textId="77777777" w:rsidR="00291C60" w:rsidRDefault="00291C60" w:rsidP="00064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EF49" w14:textId="1D61B637" w:rsidR="00064357" w:rsidRDefault="00064357">
    <w:pPr>
      <w:pStyle w:val="Sidhuvud"/>
    </w:pPr>
    <w:r>
      <w:rPr>
        <w:noProof/>
      </w:rPr>
      <w:drawing>
        <wp:inline distT="0" distB="0" distL="0" distR="0" wp14:anchorId="48981813" wp14:editId="14A71354">
          <wp:extent cx="2057400" cy="796413"/>
          <wp:effectExtent l="0" t="0" r="0" b="3810"/>
          <wp:docPr id="855067883" name="Picture 1" descr="En bild som visar Teckensnitt, text,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5067883" name="Picture 1" descr="En bild som visar Teckensnitt, text, design&#10;&#10;Automatiskt genererad beskrivn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7690" cy="804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9186535">
    <w:abstractNumId w:val="8"/>
  </w:num>
  <w:num w:numId="2" w16cid:durableId="561718558">
    <w:abstractNumId w:val="6"/>
  </w:num>
  <w:num w:numId="3" w16cid:durableId="1078285419">
    <w:abstractNumId w:val="5"/>
  </w:num>
  <w:num w:numId="4" w16cid:durableId="2004501427">
    <w:abstractNumId w:val="4"/>
  </w:num>
  <w:num w:numId="5" w16cid:durableId="1739353907">
    <w:abstractNumId w:val="7"/>
  </w:num>
  <w:num w:numId="6" w16cid:durableId="679236394">
    <w:abstractNumId w:val="3"/>
  </w:num>
  <w:num w:numId="7" w16cid:durableId="174466214">
    <w:abstractNumId w:val="2"/>
  </w:num>
  <w:num w:numId="8" w16cid:durableId="1452744543">
    <w:abstractNumId w:val="1"/>
  </w:num>
  <w:num w:numId="9" w16cid:durableId="132894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szL0AxbM6BbmxdDTrIUo1fdKzdNhYtDSlQcIFWUE/h4ZheEguaQsOCLiOMQKMO698KDniZZhmZgI571VFToXeQ==" w:salt="93LLFzt1rT7f9XLvfUne7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E8D"/>
    <w:rsid w:val="00034616"/>
    <w:rsid w:val="0004006C"/>
    <w:rsid w:val="00040ED6"/>
    <w:rsid w:val="0006063C"/>
    <w:rsid w:val="00064357"/>
    <w:rsid w:val="00071B3C"/>
    <w:rsid w:val="000A3558"/>
    <w:rsid w:val="000B214F"/>
    <w:rsid w:val="000F3A2B"/>
    <w:rsid w:val="0015074B"/>
    <w:rsid w:val="001A1819"/>
    <w:rsid w:val="001F39F2"/>
    <w:rsid w:val="0020629F"/>
    <w:rsid w:val="00291C60"/>
    <w:rsid w:val="00293E67"/>
    <w:rsid w:val="0029639D"/>
    <w:rsid w:val="002D6965"/>
    <w:rsid w:val="002E3669"/>
    <w:rsid w:val="00315E91"/>
    <w:rsid w:val="00326F90"/>
    <w:rsid w:val="00346CF5"/>
    <w:rsid w:val="00373644"/>
    <w:rsid w:val="003808D8"/>
    <w:rsid w:val="003875B8"/>
    <w:rsid w:val="00392378"/>
    <w:rsid w:val="00395ABD"/>
    <w:rsid w:val="003C2B92"/>
    <w:rsid w:val="003D5D7C"/>
    <w:rsid w:val="00420C8A"/>
    <w:rsid w:val="004256A9"/>
    <w:rsid w:val="004A0187"/>
    <w:rsid w:val="004C33E7"/>
    <w:rsid w:val="004F575F"/>
    <w:rsid w:val="005009AA"/>
    <w:rsid w:val="00503451"/>
    <w:rsid w:val="0051488D"/>
    <w:rsid w:val="0052306E"/>
    <w:rsid w:val="00542B20"/>
    <w:rsid w:val="005605E6"/>
    <w:rsid w:val="00575808"/>
    <w:rsid w:val="0057622A"/>
    <w:rsid w:val="00577BE6"/>
    <w:rsid w:val="005F5108"/>
    <w:rsid w:val="005F567C"/>
    <w:rsid w:val="006448F6"/>
    <w:rsid w:val="006A2363"/>
    <w:rsid w:val="006B6685"/>
    <w:rsid w:val="006D3B59"/>
    <w:rsid w:val="0072618C"/>
    <w:rsid w:val="00750722"/>
    <w:rsid w:val="00782743"/>
    <w:rsid w:val="0078319A"/>
    <w:rsid w:val="00790753"/>
    <w:rsid w:val="007C2D7F"/>
    <w:rsid w:val="007D3B09"/>
    <w:rsid w:val="007E7687"/>
    <w:rsid w:val="00835224"/>
    <w:rsid w:val="008A189E"/>
    <w:rsid w:val="008C65C2"/>
    <w:rsid w:val="008D7860"/>
    <w:rsid w:val="00922E3C"/>
    <w:rsid w:val="00935AB2"/>
    <w:rsid w:val="009409E1"/>
    <w:rsid w:val="009846B7"/>
    <w:rsid w:val="009A5ACA"/>
    <w:rsid w:val="009B1939"/>
    <w:rsid w:val="009E69A7"/>
    <w:rsid w:val="009F07A0"/>
    <w:rsid w:val="009F5BF3"/>
    <w:rsid w:val="00A1422A"/>
    <w:rsid w:val="00A15D5E"/>
    <w:rsid w:val="00A2231A"/>
    <w:rsid w:val="00A2408F"/>
    <w:rsid w:val="00A24BF4"/>
    <w:rsid w:val="00A27E01"/>
    <w:rsid w:val="00A906A3"/>
    <w:rsid w:val="00AA1322"/>
    <w:rsid w:val="00AA1D8D"/>
    <w:rsid w:val="00AB40E9"/>
    <w:rsid w:val="00AD60FC"/>
    <w:rsid w:val="00B061E7"/>
    <w:rsid w:val="00B47730"/>
    <w:rsid w:val="00B47DF9"/>
    <w:rsid w:val="00B52BB4"/>
    <w:rsid w:val="00B751AF"/>
    <w:rsid w:val="00B820F1"/>
    <w:rsid w:val="00BB6C51"/>
    <w:rsid w:val="00BD7131"/>
    <w:rsid w:val="00C179AB"/>
    <w:rsid w:val="00C3494D"/>
    <w:rsid w:val="00C46A56"/>
    <w:rsid w:val="00C659C8"/>
    <w:rsid w:val="00C91FB3"/>
    <w:rsid w:val="00CA67F7"/>
    <w:rsid w:val="00CB0664"/>
    <w:rsid w:val="00CF04C7"/>
    <w:rsid w:val="00D14D19"/>
    <w:rsid w:val="00D33F7E"/>
    <w:rsid w:val="00D74E37"/>
    <w:rsid w:val="00D759AE"/>
    <w:rsid w:val="00D82616"/>
    <w:rsid w:val="00D86CBB"/>
    <w:rsid w:val="00D87D11"/>
    <w:rsid w:val="00DC4741"/>
    <w:rsid w:val="00DE5B55"/>
    <w:rsid w:val="00E07C4C"/>
    <w:rsid w:val="00E2181C"/>
    <w:rsid w:val="00E3235D"/>
    <w:rsid w:val="00ED5802"/>
    <w:rsid w:val="00F24C75"/>
    <w:rsid w:val="00F31EF8"/>
    <w:rsid w:val="00F33057"/>
    <w:rsid w:val="00F47372"/>
    <w:rsid w:val="00F56855"/>
    <w:rsid w:val="00F719C9"/>
    <w:rsid w:val="00F87B2C"/>
    <w:rsid w:val="00F87C53"/>
    <w:rsid w:val="00FA415D"/>
    <w:rsid w:val="00FB4188"/>
    <w:rsid w:val="00FC693F"/>
    <w:rsid w:val="00FD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28E1F"/>
  <w14:defaultImageDpi w14:val="330"/>
  <w15:docId w15:val="{718E7F22-3B01-47C7-ADF1-20B19FAB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shllartext">
    <w:name w:val="Placeholder Text"/>
    <w:basedOn w:val="Standardstycketeckensnitt"/>
    <w:uiPriority w:val="99"/>
    <w:semiHidden/>
    <w:rsid w:val="007C2D7F"/>
    <w:rPr>
      <w:color w:val="666666"/>
    </w:rPr>
  </w:style>
  <w:style w:type="character" w:styleId="Hyperlnk">
    <w:name w:val="Hyperlink"/>
    <w:basedOn w:val="Standardstycketeckensnitt"/>
    <w:uiPriority w:val="99"/>
    <w:rsid w:val="00395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gnus@scaff.s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4C9F201E7CA641971885638DB2A2C0" ma:contentTypeVersion="8" ma:contentTypeDescription="Skapa ett nytt dokument." ma:contentTypeScope="" ma:versionID="006278dc1777763de9e8815def4208d1">
  <xsd:schema xmlns:xsd="http://www.w3.org/2001/XMLSchema" xmlns:xs="http://www.w3.org/2001/XMLSchema" xmlns:p="http://schemas.microsoft.com/office/2006/metadata/properties" xmlns:ns2="43e8fb12-1820-4c3e-b894-0225e70e2d50" targetNamespace="http://schemas.microsoft.com/office/2006/metadata/properties" ma:root="true" ma:fieldsID="bd69c450564453587078ba5d8341f5e0" ns2:_="">
    <xsd:import namespace="43e8fb12-1820-4c3e-b894-0225e70e2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8fb12-1820-4c3e-b894-0225e70e2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7E5FE3-775C-4B45-94DB-2231141F9D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C5C2D8-2007-4EA8-BA4B-35D2F9C1E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e8fb12-1820-4c3e-b894-0225e70e2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5D2099-7129-421D-BD9D-20F99C2DFD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533</Words>
  <Characters>3044</Characters>
  <Application>Microsoft Office Word</Application>
  <DocSecurity>0</DocSecurity>
  <Lines>74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Karin Josefsson</cp:lastModifiedBy>
  <cp:revision>3</cp:revision>
  <dcterms:created xsi:type="dcterms:W3CDTF">2025-09-15T07:22:00Z</dcterms:created>
  <dcterms:modified xsi:type="dcterms:W3CDTF">2025-09-15T07:22:00Z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0x010100914C9F201E7CA641971885638DB2A2C0</vt:lpwstr>
  </property>
</Properties>
</file>